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85476" w14:textId="693419D6" w:rsidR="008267F0" w:rsidRDefault="003F665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ED007DA" wp14:editId="63AE6CBE">
            <wp:simplePos x="0" y="0"/>
            <wp:positionH relativeFrom="column">
              <wp:posOffset>269240</wp:posOffset>
            </wp:positionH>
            <wp:positionV relativeFrom="paragraph">
              <wp:posOffset>-380859</wp:posOffset>
            </wp:positionV>
            <wp:extent cx="1760855" cy="1328420"/>
            <wp:effectExtent l="0" t="0" r="0" b="0"/>
            <wp:wrapTight wrapText="bothSides">
              <wp:wrapPolygon edited="0">
                <wp:start x="4518" y="5369"/>
                <wp:lineTo x="3739" y="6608"/>
                <wp:lineTo x="3427" y="7434"/>
                <wp:lineTo x="3583" y="16314"/>
                <wp:lineTo x="18227" y="16314"/>
                <wp:lineTo x="18383" y="14249"/>
                <wp:lineTo x="17916" y="13216"/>
                <wp:lineTo x="16202" y="12390"/>
                <wp:lineTo x="18383" y="12390"/>
                <wp:lineTo x="17916" y="11151"/>
                <wp:lineTo x="6543" y="9086"/>
                <wp:lineTo x="12775" y="9086"/>
                <wp:lineTo x="12775" y="6195"/>
                <wp:lineTo x="5608" y="5369"/>
                <wp:lineTo x="4518" y="5369"/>
              </wp:wrapPolygon>
            </wp:wrapTight>
            <wp:docPr id="20217896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789607" name="Picture 20217896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A31">
        <w:rPr>
          <w:noProof/>
        </w:rPr>
        <w:drawing>
          <wp:anchor distT="0" distB="0" distL="114300" distR="114300" simplePos="0" relativeHeight="251658240" behindDoc="1" locked="0" layoutInCell="1" allowOverlap="1" wp14:anchorId="6409A736" wp14:editId="65AE4258">
            <wp:simplePos x="0" y="0"/>
            <wp:positionH relativeFrom="column">
              <wp:posOffset>-753592</wp:posOffset>
            </wp:positionH>
            <wp:positionV relativeFrom="paragraph">
              <wp:posOffset>-504497</wp:posOffset>
            </wp:positionV>
            <wp:extent cx="1419975" cy="1450428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 Logo-png(1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9975" cy="1450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9D4C2" w14:textId="77777777" w:rsidR="003F665E" w:rsidRDefault="003F665E">
      <w:pPr>
        <w:pStyle w:val="Heading1"/>
        <w:jc w:val="center"/>
        <w:rPr>
          <w:rtl/>
        </w:rPr>
      </w:pPr>
    </w:p>
    <w:p w14:paraId="704D0C1B" w14:textId="358E98D4" w:rsidR="008267F0" w:rsidRDefault="00000000">
      <w:pPr>
        <w:pStyle w:val="Heading1"/>
        <w:jc w:val="center"/>
      </w:pPr>
      <w:r>
        <w:t>Partnership Management &amp; Governance Framework</w:t>
      </w:r>
    </w:p>
    <w:p w14:paraId="56D64E76" w14:textId="77777777" w:rsidR="008267F0" w:rsidRDefault="00000000">
      <w:pPr>
        <w:pStyle w:val="Heading2"/>
      </w:pPr>
      <w:r>
        <w:t>1. Partnership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6"/>
        <w:gridCol w:w="5256"/>
      </w:tblGrid>
      <w:tr w:rsidR="008267F0" w14:paraId="5FFE9A72" w14:textId="77777777">
        <w:tc>
          <w:tcPr>
            <w:tcW w:w="5256" w:type="dxa"/>
          </w:tcPr>
          <w:p w14:paraId="768CD902" w14:textId="77777777" w:rsidR="008267F0" w:rsidRDefault="00000000">
            <w:r>
              <w:t>Item</w:t>
            </w:r>
          </w:p>
        </w:tc>
        <w:tc>
          <w:tcPr>
            <w:tcW w:w="5256" w:type="dxa"/>
          </w:tcPr>
          <w:p w14:paraId="146E2142" w14:textId="77777777" w:rsidR="008267F0" w:rsidRDefault="00000000">
            <w:r>
              <w:t>Details</w:t>
            </w:r>
          </w:p>
        </w:tc>
      </w:tr>
      <w:tr w:rsidR="008267F0" w14:paraId="6D95D216" w14:textId="77777777">
        <w:tc>
          <w:tcPr>
            <w:tcW w:w="5256" w:type="dxa"/>
          </w:tcPr>
          <w:p w14:paraId="4577ED77" w14:textId="77777777" w:rsidR="008267F0" w:rsidRDefault="00000000">
            <w:r>
              <w:t>Partner Organization</w:t>
            </w:r>
          </w:p>
        </w:tc>
        <w:tc>
          <w:tcPr>
            <w:tcW w:w="5256" w:type="dxa"/>
          </w:tcPr>
          <w:p w14:paraId="24DDD735" w14:textId="77777777" w:rsidR="008267F0" w:rsidRDefault="008267F0"/>
        </w:tc>
      </w:tr>
      <w:tr w:rsidR="008267F0" w14:paraId="6B10B3CC" w14:textId="77777777">
        <w:tc>
          <w:tcPr>
            <w:tcW w:w="5256" w:type="dxa"/>
          </w:tcPr>
          <w:p w14:paraId="27A97AEC" w14:textId="77777777" w:rsidR="008267F0" w:rsidRDefault="00000000">
            <w:r>
              <w:t>Partnership Type</w:t>
            </w:r>
          </w:p>
        </w:tc>
        <w:tc>
          <w:tcPr>
            <w:tcW w:w="5256" w:type="dxa"/>
          </w:tcPr>
          <w:p w14:paraId="2BDD7CFD" w14:textId="77777777" w:rsidR="008267F0" w:rsidRDefault="0084791D">
            <w:r>
              <w:rPr>
                <w:rFonts w:hint="cs"/>
                <w:rtl/>
              </w:rPr>
              <w:t xml:space="preserve"> </w:t>
            </w:r>
          </w:p>
        </w:tc>
      </w:tr>
      <w:tr w:rsidR="008267F0" w14:paraId="7CE14EA9" w14:textId="77777777">
        <w:tc>
          <w:tcPr>
            <w:tcW w:w="5256" w:type="dxa"/>
          </w:tcPr>
          <w:p w14:paraId="7ACE9AA8" w14:textId="77777777" w:rsidR="008267F0" w:rsidRDefault="0084791D">
            <w:proofErr w:type="spellStart"/>
            <w:r>
              <w:t>sScope</w:t>
            </w:r>
            <w:proofErr w:type="spellEnd"/>
          </w:p>
        </w:tc>
        <w:tc>
          <w:tcPr>
            <w:tcW w:w="5256" w:type="dxa"/>
          </w:tcPr>
          <w:p w14:paraId="6310217B" w14:textId="77777777" w:rsidR="008267F0" w:rsidRDefault="008267F0"/>
        </w:tc>
      </w:tr>
      <w:tr w:rsidR="008267F0" w14:paraId="6CB47FF4" w14:textId="77777777">
        <w:tc>
          <w:tcPr>
            <w:tcW w:w="5256" w:type="dxa"/>
          </w:tcPr>
          <w:p w14:paraId="6A93A792" w14:textId="77777777" w:rsidR="008267F0" w:rsidRDefault="00000000">
            <w:r>
              <w:t>Objectives</w:t>
            </w:r>
          </w:p>
        </w:tc>
        <w:tc>
          <w:tcPr>
            <w:tcW w:w="5256" w:type="dxa"/>
          </w:tcPr>
          <w:p w14:paraId="3D9087BF" w14:textId="77777777" w:rsidR="008267F0" w:rsidRDefault="008267F0"/>
        </w:tc>
      </w:tr>
      <w:tr w:rsidR="008267F0" w14:paraId="74D4250B" w14:textId="77777777">
        <w:tc>
          <w:tcPr>
            <w:tcW w:w="5256" w:type="dxa"/>
          </w:tcPr>
          <w:p w14:paraId="639D9E1D" w14:textId="77777777" w:rsidR="008267F0" w:rsidRDefault="00000000">
            <w:r>
              <w:t>Start Date</w:t>
            </w:r>
          </w:p>
        </w:tc>
        <w:tc>
          <w:tcPr>
            <w:tcW w:w="5256" w:type="dxa"/>
          </w:tcPr>
          <w:p w14:paraId="30C79CB9" w14:textId="77777777" w:rsidR="008267F0" w:rsidRDefault="008267F0"/>
        </w:tc>
      </w:tr>
      <w:tr w:rsidR="008267F0" w14:paraId="7E0A0057" w14:textId="77777777">
        <w:tc>
          <w:tcPr>
            <w:tcW w:w="5256" w:type="dxa"/>
          </w:tcPr>
          <w:p w14:paraId="099E0DE9" w14:textId="77777777" w:rsidR="008267F0" w:rsidRDefault="00000000">
            <w:r>
              <w:t>Duration</w:t>
            </w:r>
          </w:p>
        </w:tc>
        <w:tc>
          <w:tcPr>
            <w:tcW w:w="5256" w:type="dxa"/>
          </w:tcPr>
          <w:p w14:paraId="0F886150" w14:textId="77777777" w:rsidR="008267F0" w:rsidRDefault="008267F0"/>
        </w:tc>
      </w:tr>
      <w:tr w:rsidR="008267F0" w14:paraId="0A863210" w14:textId="77777777">
        <w:tc>
          <w:tcPr>
            <w:tcW w:w="5256" w:type="dxa"/>
          </w:tcPr>
          <w:p w14:paraId="60BC1858" w14:textId="77777777" w:rsidR="008267F0" w:rsidRDefault="00000000">
            <w:r>
              <w:t>Partnership Owner</w:t>
            </w:r>
          </w:p>
        </w:tc>
        <w:tc>
          <w:tcPr>
            <w:tcW w:w="5256" w:type="dxa"/>
          </w:tcPr>
          <w:p w14:paraId="2AFEC2DC" w14:textId="77777777" w:rsidR="008267F0" w:rsidRDefault="008267F0"/>
        </w:tc>
      </w:tr>
    </w:tbl>
    <w:p w14:paraId="593B55DF" w14:textId="77777777" w:rsidR="008267F0" w:rsidRDefault="00000000">
      <w:pPr>
        <w:pStyle w:val="Heading2"/>
      </w:pPr>
      <w:r>
        <w:t>2. Governance Contacts &amp; Escalation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</w:tblGrid>
      <w:tr w:rsidR="0084791D" w14:paraId="28006950" w14:textId="77777777">
        <w:tc>
          <w:tcPr>
            <w:tcW w:w="2102" w:type="dxa"/>
          </w:tcPr>
          <w:p w14:paraId="545A1F7B" w14:textId="77777777" w:rsidR="0084791D" w:rsidRDefault="0084791D">
            <w:r>
              <w:t>Role</w:t>
            </w:r>
          </w:p>
        </w:tc>
        <w:tc>
          <w:tcPr>
            <w:tcW w:w="2102" w:type="dxa"/>
          </w:tcPr>
          <w:p w14:paraId="207698DD" w14:textId="77777777" w:rsidR="0084791D" w:rsidRDefault="0084791D">
            <w:r>
              <w:t>Name</w:t>
            </w:r>
          </w:p>
        </w:tc>
        <w:tc>
          <w:tcPr>
            <w:tcW w:w="2102" w:type="dxa"/>
          </w:tcPr>
          <w:p w14:paraId="00D30E56" w14:textId="77777777" w:rsidR="0084791D" w:rsidRDefault="0084791D">
            <w:r>
              <w:t>Email</w:t>
            </w:r>
          </w:p>
        </w:tc>
        <w:tc>
          <w:tcPr>
            <w:tcW w:w="2102" w:type="dxa"/>
          </w:tcPr>
          <w:p w14:paraId="3BD9A7A0" w14:textId="77777777" w:rsidR="0084791D" w:rsidRDefault="0084791D">
            <w:r>
              <w:t>Responsibility</w:t>
            </w:r>
          </w:p>
        </w:tc>
      </w:tr>
      <w:tr w:rsidR="0084791D" w14:paraId="00A0132C" w14:textId="77777777">
        <w:tc>
          <w:tcPr>
            <w:tcW w:w="2102" w:type="dxa"/>
          </w:tcPr>
          <w:p w14:paraId="32D4EC3E" w14:textId="77777777" w:rsidR="0084791D" w:rsidRDefault="0084791D">
            <w:r>
              <w:t>Partnership Manager</w:t>
            </w:r>
          </w:p>
        </w:tc>
        <w:tc>
          <w:tcPr>
            <w:tcW w:w="2102" w:type="dxa"/>
          </w:tcPr>
          <w:p w14:paraId="2D77D99F" w14:textId="77777777" w:rsidR="0084791D" w:rsidRDefault="0084791D"/>
        </w:tc>
        <w:tc>
          <w:tcPr>
            <w:tcW w:w="2102" w:type="dxa"/>
          </w:tcPr>
          <w:p w14:paraId="69E46D18" w14:textId="77777777" w:rsidR="0084791D" w:rsidRDefault="0084791D"/>
        </w:tc>
        <w:tc>
          <w:tcPr>
            <w:tcW w:w="2102" w:type="dxa"/>
          </w:tcPr>
          <w:p w14:paraId="7B3A24BB" w14:textId="77777777" w:rsidR="0084791D" w:rsidRDefault="0084791D">
            <w:r>
              <w:t>Operational management</w:t>
            </w:r>
          </w:p>
        </w:tc>
      </w:tr>
      <w:tr w:rsidR="0084791D" w14:paraId="0AE3BA07" w14:textId="77777777">
        <w:tc>
          <w:tcPr>
            <w:tcW w:w="2102" w:type="dxa"/>
          </w:tcPr>
          <w:p w14:paraId="180C2E91" w14:textId="77777777" w:rsidR="0084791D" w:rsidRDefault="0084791D">
            <w:r>
              <w:t>Focal Point</w:t>
            </w:r>
          </w:p>
        </w:tc>
        <w:tc>
          <w:tcPr>
            <w:tcW w:w="2102" w:type="dxa"/>
          </w:tcPr>
          <w:p w14:paraId="26633144" w14:textId="77777777" w:rsidR="0084791D" w:rsidRDefault="0084791D"/>
        </w:tc>
        <w:tc>
          <w:tcPr>
            <w:tcW w:w="2102" w:type="dxa"/>
          </w:tcPr>
          <w:p w14:paraId="4665D2B6" w14:textId="77777777" w:rsidR="0084791D" w:rsidRDefault="0084791D"/>
        </w:tc>
        <w:tc>
          <w:tcPr>
            <w:tcW w:w="2102" w:type="dxa"/>
          </w:tcPr>
          <w:p w14:paraId="4B515982" w14:textId="77777777" w:rsidR="0084791D" w:rsidRDefault="0084791D">
            <w:r>
              <w:t>Primary contact &amp; coordination</w:t>
            </w:r>
          </w:p>
        </w:tc>
      </w:tr>
      <w:tr w:rsidR="0084791D" w14:paraId="48AB6DAF" w14:textId="77777777">
        <w:tc>
          <w:tcPr>
            <w:tcW w:w="2102" w:type="dxa"/>
          </w:tcPr>
          <w:p w14:paraId="5D64644D" w14:textId="77777777" w:rsidR="0084791D" w:rsidRDefault="0084791D">
            <w:r>
              <w:t>Working Team</w:t>
            </w:r>
          </w:p>
        </w:tc>
        <w:tc>
          <w:tcPr>
            <w:tcW w:w="2102" w:type="dxa"/>
          </w:tcPr>
          <w:p w14:paraId="6F68BBEE" w14:textId="77777777" w:rsidR="0084791D" w:rsidRDefault="0084791D"/>
        </w:tc>
        <w:tc>
          <w:tcPr>
            <w:tcW w:w="2102" w:type="dxa"/>
          </w:tcPr>
          <w:p w14:paraId="1FFE9120" w14:textId="77777777" w:rsidR="0084791D" w:rsidRDefault="0084791D"/>
        </w:tc>
        <w:tc>
          <w:tcPr>
            <w:tcW w:w="2102" w:type="dxa"/>
          </w:tcPr>
          <w:p w14:paraId="04122F40" w14:textId="77777777" w:rsidR="0084791D" w:rsidRDefault="0084791D">
            <w:r>
              <w:t>Project execution</w:t>
            </w:r>
          </w:p>
        </w:tc>
      </w:tr>
    </w:tbl>
    <w:p w14:paraId="739BBEB1" w14:textId="77777777" w:rsidR="008267F0" w:rsidRDefault="00000000">
      <w:pPr>
        <w:pStyle w:val="Heading2"/>
      </w:pPr>
      <w:r>
        <w:t>Escalation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4"/>
        <w:gridCol w:w="3504"/>
        <w:gridCol w:w="3504"/>
      </w:tblGrid>
      <w:tr w:rsidR="008267F0" w14:paraId="04E4D10F" w14:textId="77777777">
        <w:tc>
          <w:tcPr>
            <w:tcW w:w="3504" w:type="dxa"/>
          </w:tcPr>
          <w:p w14:paraId="38EF90A0" w14:textId="77777777" w:rsidR="008267F0" w:rsidRDefault="00000000">
            <w:r>
              <w:t>Level</w:t>
            </w:r>
          </w:p>
        </w:tc>
        <w:tc>
          <w:tcPr>
            <w:tcW w:w="3504" w:type="dxa"/>
          </w:tcPr>
          <w:p w14:paraId="598C1B92" w14:textId="77777777" w:rsidR="008267F0" w:rsidRDefault="00000000">
            <w:r>
              <w:t>Escalate To</w:t>
            </w:r>
          </w:p>
        </w:tc>
        <w:tc>
          <w:tcPr>
            <w:tcW w:w="3504" w:type="dxa"/>
          </w:tcPr>
          <w:p w14:paraId="6F0A9AE2" w14:textId="77777777" w:rsidR="008267F0" w:rsidRDefault="00000000">
            <w:r>
              <w:t>Response Time</w:t>
            </w:r>
          </w:p>
        </w:tc>
      </w:tr>
      <w:tr w:rsidR="008267F0" w14:paraId="75467A44" w14:textId="77777777">
        <w:tc>
          <w:tcPr>
            <w:tcW w:w="3504" w:type="dxa"/>
          </w:tcPr>
          <w:p w14:paraId="5934D0CA" w14:textId="77777777" w:rsidR="008267F0" w:rsidRDefault="00000000">
            <w:r>
              <w:t>Level 1</w:t>
            </w:r>
          </w:p>
        </w:tc>
        <w:tc>
          <w:tcPr>
            <w:tcW w:w="3504" w:type="dxa"/>
          </w:tcPr>
          <w:p w14:paraId="5A3AB2E4" w14:textId="77777777" w:rsidR="008267F0" w:rsidRDefault="00000000">
            <w:r>
              <w:t>Focal Point</w:t>
            </w:r>
          </w:p>
        </w:tc>
        <w:tc>
          <w:tcPr>
            <w:tcW w:w="3504" w:type="dxa"/>
          </w:tcPr>
          <w:p w14:paraId="18EDC90B" w14:textId="77777777" w:rsidR="008267F0" w:rsidRDefault="00000000">
            <w:r>
              <w:t>2 Business Days</w:t>
            </w:r>
          </w:p>
        </w:tc>
      </w:tr>
      <w:tr w:rsidR="008267F0" w14:paraId="1BC8A646" w14:textId="77777777">
        <w:tc>
          <w:tcPr>
            <w:tcW w:w="3504" w:type="dxa"/>
          </w:tcPr>
          <w:p w14:paraId="2BCD89A7" w14:textId="77777777" w:rsidR="008267F0" w:rsidRDefault="00000000">
            <w:r>
              <w:t>Level 2</w:t>
            </w:r>
          </w:p>
        </w:tc>
        <w:tc>
          <w:tcPr>
            <w:tcW w:w="3504" w:type="dxa"/>
          </w:tcPr>
          <w:p w14:paraId="07268464" w14:textId="77777777" w:rsidR="008267F0" w:rsidRDefault="00000000">
            <w:r>
              <w:t>Partnership Manager</w:t>
            </w:r>
          </w:p>
        </w:tc>
        <w:tc>
          <w:tcPr>
            <w:tcW w:w="3504" w:type="dxa"/>
          </w:tcPr>
          <w:p w14:paraId="6BB1B70F" w14:textId="77777777" w:rsidR="008267F0" w:rsidRDefault="00000000">
            <w:r>
              <w:t>5 Business Days</w:t>
            </w:r>
          </w:p>
        </w:tc>
      </w:tr>
      <w:tr w:rsidR="008267F0" w14:paraId="5B1B1D9D" w14:textId="77777777">
        <w:tc>
          <w:tcPr>
            <w:tcW w:w="3504" w:type="dxa"/>
          </w:tcPr>
          <w:p w14:paraId="7B9F8D97" w14:textId="77777777" w:rsidR="008267F0" w:rsidRDefault="00000000">
            <w:r>
              <w:t>Level 3</w:t>
            </w:r>
          </w:p>
        </w:tc>
        <w:tc>
          <w:tcPr>
            <w:tcW w:w="3504" w:type="dxa"/>
          </w:tcPr>
          <w:p w14:paraId="3307C29B" w14:textId="77777777" w:rsidR="008267F0" w:rsidRDefault="00000000">
            <w:r>
              <w:t>Executive Sponsor</w:t>
            </w:r>
          </w:p>
        </w:tc>
        <w:tc>
          <w:tcPr>
            <w:tcW w:w="3504" w:type="dxa"/>
          </w:tcPr>
          <w:p w14:paraId="4BC18BC0" w14:textId="77777777" w:rsidR="008267F0" w:rsidRDefault="00000000">
            <w:r>
              <w:t>10 Business Days</w:t>
            </w:r>
          </w:p>
        </w:tc>
      </w:tr>
    </w:tbl>
    <w:p w14:paraId="3A4BFA36" w14:textId="77777777" w:rsidR="008267F0" w:rsidRDefault="00000000">
      <w:pPr>
        <w:pStyle w:val="Heading2"/>
      </w:pPr>
      <w:r>
        <w:t>3. Action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8267F0" w14:paraId="38DB5493" w14:textId="77777777">
        <w:tc>
          <w:tcPr>
            <w:tcW w:w="2102" w:type="dxa"/>
          </w:tcPr>
          <w:p w14:paraId="0FCAABDB" w14:textId="77777777" w:rsidR="008267F0" w:rsidRDefault="00000000">
            <w:r>
              <w:t>Initiative</w:t>
            </w:r>
          </w:p>
        </w:tc>
        <w:tc>
          <w:tcPr>
            <w:tcW w:w="2102" w:type="dxa"/>
          </w:tcPr>
          <w:p w14:paraId="6D2FB9E9" w14:textId="77777777" w:rsidR="008267F0" w:rsidRDefault="00000000">
            <w:r>
              <w:t>Owner</w:t>
            </w:r>
          </w:p>
        </w:tc>
        <w:tc>
          <w:tcPr>
            <w:tcW w:w="2102" w:type="dxa"/>
          </w:tcPr>
          <w:p w14:paraId="5AFC192D" w14:textId="77777777" w:rsidR="008267F0" w:rsidRDefault="00000000">
            <w:r>
              <w:t>Timeline</w:t>
            </w:r>
          </w:p>
        </w:tc>
        <w:tc>
          <w:tcPr>
            <w:tcW w:w="2102" w:type="dxa"/>
          </w:tcPr>
          <w:p w14:paraId="145EC52B" w14:textId="77777777" w:rsidR="008267F0" w:rsidRDefault="00000000">
            <w:r>
              <w:t>Status</w:t>
            </w:r>
          </w:p>
        </w:tc>
        <w:tc>
          <w:tcPr>
            <w:tcW w:w="2102" w:type="dxa"/>
          </w:tcPr>
          <w:p w14:paraId="12BEB2BA" w14:textId="77777777" w:rsidR="008267F0" w:rsidRDefault="00000000">
            <w:r>
              <w:t>Notes</w:t>
            </w:r>
          </w:p>
        </w:tc>
      </w:tr>
      <w:tr w:rsidR="008267F0" w14:paraId="19856EEB" w14:textId="77777777">
        <w:tc>
          <w:tcPr>
            <w:tcW w:w="2102" w:type="dxa"/>
          </w:tcPr>
          <w:p w14:paraId="51485E6C" w14:textId="77777777" w:rsidR="008267F0" w:rsidRDefault="008267F0"/>
        </w:tc>
        <w:tc>
          <w:tcPr>
            <w:tcW w:w="2102" w:type="dxa"/>
          </w:tcPr>
          <w:p w14:paraId="605B38F6" w14:textId="77777777" w:rsidR="008267F0" w:rsidRDefault="008267F0"/>
        </w:tc>
        <w:tc>
          <w:tcPr>
            <w:tcW w:w="2102" w:type="dxa"/>
          </w:tcPr>
          <w:p w14:paraId="26A52C81" w14:textId="77777777" w:rsidR="008267F0" w:rsidRDefault="008267F0"/>
        </w:tc>
        <w:tc>
          <w:tcPr>
            <w:tcW w:w="2102" w:type="dxa"/>
          </w:tcPr>
          <w:p w14:paraId="29A9235C" w14:textId="77777777" w:rsidR="008267F0" w:rsidRDefault="008267F0"/>
        </w:tc>
        <w:tc>
          <w:tcPr>
            <w:tcW w:w="2102" w:type="dxa"/>
          </w:tcPr>
          <w:p w14:paraId="58BE59BC" w14:textId="77777777" w:rsidR="008267F0" w:rsidRDefault="008267F0"/>
        </w:tc>
      </w:tr>
      <w:tr w:rsidR="008267F0" w14:paraId="2E7A8771" w14:textId="77777777">
        <w:tc>
          <w:tcPr>
            <w:tcW w:w="2102" w:type="dxa"/>
          </w:tcPr>
          <w:p w14:paraId="2EFCFD3F" w14:textId="77777777" w:rsidR="008267F0" w:rsidRDefault="008267F0"/>
        </w:tc>
        <w:tc>
          <w:tcPr>
            <w:tcW w:w="2102" w:type="dxa"/>
          </w:tcPr>
          <w:p w14:paraId="3A8C257D" w14:textId="77777777" w:rsidR="008267F0" w:rsidRDefault="008267F0"/>
        </w:tc>
        <w:tc>
          <w:tcPr>
            <w:tcW w:w="2102" w:type="dxa"/>
          </w:tcPr>
          <w:p w14:paraId="2D8710D1" w14:textId="77777777" w:rsidR="008267F0" w:rsidRDefault="008267F0"/>
        </w:tc>
        <w:tc>
          <w:tcPr>
            <w:tcW w:w="2102" w:type="dxa"/>
          </w:tcPr>
          <w:p w14:paraId="319CE4B0" w14:textId="77777777" w:rsidR="008267F0" w:rsidRDefault="008267F0"/>
        </w:tc>
        <w:tc>
          <w:tcPr>
            <w:tcW w:w="2102" w:type="dxa"/>
          </w:tcPr>
          <w:p w14:paraId="6AFE07B4" w14:textId="77777777" w:rsidR="008267F0" w:rsidRDefault="008267F0"/>
        </w:tc>
      </w:tr>
      <w:tr w:rsidR="008267F0" w14:paraId="51F843F0" w14:textId="77777777">
        <w:tc>
          <w:tcPr>
            <w:tcW w:w="2102" w:type="dxa"/>
          </w:tcPr>
          <w:p w14:paraId="2DAAC80D" w14:textId="77777777" w:rsidR="008267F0" w:rsidRDefault="008267F0"/>
        </w:tc>
        <w:tc>
          <w:tcPr>
            <w:tcW w:w="2102" w:type="dxa"/>
          </w:tcPr>
          <w:p w14:paraId="0BC977F0" w14:textId="77777777" w:rsidR="008267F0" w:rsidRDefault="008267F0"/>
        </w:tc>
        <w:tc>
          <w:tcPr>
            <w:tcW w:w="2102" w:type="dxa"/>
          </w:tcPr>
          <w:p w14:paraId="4B0AE42A" w14:textId="77777777" w:rsidR="008267F0" w:rsidRDefault="008267F0"/>
        </w:tc>
        <w:tc>
          <w:tcPr>
            <w:tcW w:w="2102" w:type="dxa"/>
          </w:tcPr>
          <w:p w14:paraId="7BDFFF03" w14:textId="77777777" w:rsidR="008267F0" w:rsidRDefault="008267F0"/>
        </w:tc>
        <w:tc>
          <w:tcPr>
            <w:tcW w:w="2102" w:type="dxa"/>
          </w:tcPr>
          <w:p w14:paraId="5B471B89" w14:textId="77777777" w:rsidR="008267F0" w:rsidRDefault="008267F0"/>
        </w:tc>
      </w:tr>
      <w:tr w:rsidR="008267F0" w14:paraId="70842F54" w14:textId="77777777">
        <w:tc>
          <w:tcPr>
            <w:tcW w:w="2102" w:type="dxa"/>
          </w:tcPr>
          <w:p w14:paraId="3C5340FA" w14:textId="77777777" w:rsidR="008267F0" w:rsidRDefault="008267F0"/>
        </w:tc>
        <w:tc>
          <w:tcPr>
            <w:tcW w:w="2102" w:type="dxa"/>
          </w:tcPr>
          <w:p w14:paraId="60F09B26" w14:textId="77777777" w:rsidR="008267F0" w:rsidRDefault="008267F0"/>
        </w:tc>
        <w:tc>
          <w:tcPr>
            <w:tcW w:w="2102" w:type="dxa"/>
          </w:tcPr>
          <w:p w14:paraId="097CE2F7" w14:textId="77777777" w:rsidR="008267F0" w:rsidRDefault="008267F0"/>
        </w:tc>
        <w:tc>
          <w:tcPr>
            <w:tcW w:w="2102" w:type="dxa"/>
          </w:tcPr>
          <w:p w14:paraId="171BCF43" w14:textId="77777777" w:rsidR="008267F0" w:rsidRDefault="008267F0"/>
        </w:tc>
        <w:tc>
          <w:tcPr>
            <w:tcW w:w="2102" w:type="dxa"/>
          </w:tcPr>
          <w:p w14:paraId="20EAF34A" w14:textId="77777777" w:rsidR="008267F0" w:rsidRDefault="008267F0"/>
        </w:tc>
      </w:tr>
      <w:tr w:rsidR="008267F0" w14:paraId="295046A0" w14:textId="77777777">
        <w:tc>
          <w:tcPr>
            <w:tcW w:w="2102" w:type="dxa"/>
          </w:tcPr>
          <w:p w14:paraId="1A18945E" w14:textId="77777777" w:rsidR="008267F0" w:rsidRDefault="008267F0"/>
        </w:tc>
        <w:tc>
          <w:tcPr>
            <w:tcW w:w="2102" w:type="dxa"/>
          </w:tcPr>
          <w:p w14:paraId="3C008E86" w14:textId="77777777" w:rsidR="008267F0" w:rsidRDefault="008267F0"/>
        </w:tc>
        <w:tc>
          <w:tcPr>
            <w:tcW w:w="2102" w:type="dxa"/>
          </w:tcPr>
          <w:p w14:paraId="7C68833E" w14:textId="77777777" w:rsidR="008267F0" w:rsidRDefault="008267F0"/>
        </w:tc>
        <w:tc>
          <w:tcPr>
            <w:tcW w:w="2102" w:type="dxa"/>
          </w:tcPr>
          <w:p w14:paraId="507FD630" w14:textId="77777777" w:rsidR="008267F0" w:rsidRDefault="008267F0"/>
        </w:tc>
        <w:tc>
          <w:tcPr>
            <w:tcW w:w="2102" w:type="dxa"/>
          </w:tcPr>
          <w:p w14:paraId="5348C23B" w14:textId="77777777" w:rsidR="008267F0" w:rsidRDefault="008267F0"/>
        </w:tc>
      </w:tr>
      <w:tr w:rsidR="008267F0" w14:paraId="17C41A76" w14:textId="77777777">
        <w:tc>
          <w:tcPr>
            <w:tcW w:w="2102" w:type="dxa"/>
          </w:tcPr>
          <w:p w14:paraId="07B21EE7" w14:textId="77777777" w:rsidR="008267F0" w:rsidRDefault="008267F0"/>
        </w:tc>
        <w:tc>
          <w:tcPr>
            <w:tcW w:w="2102" w:type="dxa"/>
          </w:tcPr>
          <w:p w14:paraId="57582EED" w14:textId="77777777" w:rsidR="008267F0" w:rsidRDefault="008267F0"/>
        </w:tc>
        <w:tc>
          <w:tcPr>
            <w:tcW w:w="2102" w:type="dxa"/>
          </w:tcPr>
          <w:p w14:paraId="6D0D1DFA" w14:textId="77777777" w:rsidR="008267F0" w:rsidRDefault="008267F0"/>
        </w:tc>
        <w:tc>
          <w:tcPr>
            <w:tcW w:w="2102" w:type="dxa"/>
          </w:tcPr>
          <w:p w14:paraId="2B43DE88" w14:textId="77777777" w:rsidR="008267F0" w:rsidRDefault="008267F0"/>
        </w:tc>
        <w:tc>
          <w:tcPr>
            <w:tcW w:w="2102" w:type="dxa"/>
          </w:tcPr>
          <w:p w14:paraId="65BCD1A9" w14:textId="77777777" w:rsidR="008267F0" w:rsidRDefault="008267F0"/>
        </w:tc>
      </w:tr>
    </w:tbl>
    <w:p w14:paraId="145F58E3" w14:textId="77777777" w:rsidR="003F665E" w:rsidRDefault="003F665E">
      <w:pPr>
        <w:rPr>
          <w:b/>
          <w:rtl/>
        </w:rPr>
      </w:pPr>
    </w:p>
    <w:p w14:paraId="075E63CB" w14:textId="54B3E4DA" w:rsidR="0056161D" w:rsidRDefault="00000000">
      <w:r>
        <w:rPr>
          <w:b/>
          <w:sz w:val="24"/>
        </w:rPr>
        <w:t>3A. Roles &amp; Responsibilities Matrix (RACI)</w:t>
      </w:r>
    </w:p>
    <w:tbl>
      <w:tblPr>
        <w:tblStyle w:val="TableGrid"/>
        <w:tblW w:w="11205" w:type="dxa"/>
        <w:tblInd w:w="-459" w:type="dxa"/>
        <w:tblLook w:val="04A0" w:firstRow="1" w:lastRow="0" w:firstColumn="1" w:lastColumn="0" w:noHBand="0" w:noVBand="1"/>
      </w:tblPr>
      <w:tblGrid>
        <w:gridCol w:w="3402"/>
        <w:gridCol w:w="1985"/>
        <w:gridCol w:w="2268"/>
        <w:gridCol w:w="1701"/>
        <w:gridCol w:w="1849"/>
      </w:tblGrid>
      <w:tr w:rsidR="0056161D" w14:paraId="3EFF9247" w14:textId="77777777" w:rsidTr="009449E2">
        <w:tc>
          <w:tcPr>
            <w:tcW w:w="3402" w:type="dxa"/>
          </w:tcPr>
          <w:p w14:paraId="4B27176C" w14:textId="77777777" w:rsidR="0056161D" w:rsidRDefault="00000000">
            <w:r>
              <w:t>Activity</w:t>
            </w:r>
          </w:p>
        </w:tc>
        <w:tc>
          <w:tcPr>
            <w:tcW w:w="1985" w:type="dxa"/>
          </w:tcPr>
          <w:p w14:paraId="35BA5850" w14:textId="77777777" w:rsidR="0056161D" w:rsidRDefault="00000000">
            <w:r>
              <w:t>Executive Sponsor</w:t>
            </w:r>
          </w:p>
        </w:tc>
        <w:tc>
          <w:tcPr>
            <w:tcW w:w="2268" w:type="dxa"/>
          </w:tcPr>
          <w:p w14:paraId="48DAB2E1" w14:textId="77777777" w:rsidR="0056161D" w:rsidRDefault="00000000">
            <w:r>
              <w:t>Partnership Manager</w:t>
            </w:r>
          </w:p>
        </w:tc>
        <w:tc>
          <w:tcPr>
            <w:tcW w:w="1701" w:type="dxa"/>
          </w:tcPr>
          <w:p w14:paraId="090D35F6" w14:textId="77777777" w:rsidR="0056161D" w:rsidRDefault="00000000">
            <w:r>
              <w:t>Focal Point</w:t>
            </w:r>
          </w:p>
        </w:tc>
        <w:tc>
          <w:tcPr>
            <w:tcW w:w="1849" w:type="dxa"/>
          </w:tcPr>
          <w:p w14:paraId="5ADBD823" w14:textId="77777777" w:rsidR="0056161D" w:rsidRDefault="00000000">
            <w:r>
              <w:t>Working Team</w:t>
            </w:r>
          </w:p>
        </w:tc>
      </w:tr>
      <w:tr w:rsidR="0056161D" w14:paraId="4C5141F6" w14:textId="77777777" w:rsidTr="009449E2">
        <w:tc>
          <w:tcPr>
            <w:tcW w:w="3402" w:type="dxa"/>
          </w:tcPr>
          <w:p w14:paraId="6D9B8648" w14:textId="77777777" w:rsidR="0056161D" w:rsidRDefault="00000000">
            <w:r>
              <w:t>Approve Partnership Plan</w:t>
            </w:r>
          </w:p>
        </w:tc>
        <w:tc>
          <w:tcPr>
            <w:tcW w:w="1985" w:type="dxa"/>
          </w:tcPr>
          <w:p w14:paraId="027B65DB" w14:textId="77777777" w:rsidR="0056161D" w:rsidRDefault="00000000" w:rsidP="009449E2">
            <w:pPr>
              <w:jc w:val="center"/>
            </w:pPr>
            <w:r>
              <w:t>A</w:t>
            </w:r>
          </w:p>
        </w:tc>
        <w:tc>
          <w:tcPr>
            <w:tcW w:w="2268" w:type="dxa"/>
          </w:tcPr>
          <w:p w14:paraId="52FF3309" w14:textId="77777777" w:rsidR="0056161D" w:rsidRDefault="00000000" w:rsidP="009449E2">
            <w:pPr>
              <w:jc w:val="center"/>
            </w:pPr>
            <w:r>
              <w:t>R</w:t>
            </w:r>
          </w:p>
        </w:tc>
        <w:tc>
          <w:tcPr>
            <w:tcW w:w="1701" w:type="dxa"/>
          </w:tcPr>
          <w:p w14:paraId="2355CE1E" w14:textId="77777777" w:rsidR="0056161D" w:rsidRDefault="00000000" w:rsidP="009449E2">
            <w:pPr>
              <w:jc w:val="center"/>
            </w:pPr>
            <w:r>
              <w:t>C</w:t>
            </w:r>
          </w:p>
        </w:tc>
        <w:tc>
          <w:tcPr>
            <w:tcW w:w="1849" w:type="dxa"/>
          </w:tcPr>
          <w:p w14:paraId="2DD12A51" w14:textId="77777777" w:rsidR="0056161D" w:rsidRDefault="00000000" w:rsidP="009449E2">
            <w:pPr>
              <w:jc w:val="center"/>
            </w:pPr>
            <w:r>
              <w:t>I</w:t>
            </w:r>
          </w:p>
        </w:tc>
      </w:tr>
      <w:tr w:rsidR="0056161D" w14:paraId="00687B9A" w14:textId="77777777" w:rsidTr="009449E2">
        <w:tc>
          <w:tcPr>
            <w:tcW w:w="3402" w:type="dxa"/>
          </w:tcPr>
          <w:p w14:paraId="645C60B8" w14:textId="77777777" w:rsidR="0056161D" w:rsidRDefault="00000000">
            <w:r>
              <w:t>Define Partnership Objectives</w:t>
            </w:r>
          </w:p>
        </w:tc>
        <w:tc>
          <w:tcPr>
            <w:tcW w:w="1985" w:type="dxa"/>
          </w:tcPr>
          <w:p w14:paraId="46F75154" w14:textId="77777777" w:rsidR="0056161D" w:rsidRDefault="00000000" w:rsidP="009449E2">
            <w:pPr>
              <w:jc w:val="center"/>
            </w:pPr>
            <w:r>
              <w:t>A</w:t>
            </w:r>
          </w:p>
        </w:tc>
        <w:tc>
          <w:tcPr>
            <w:tcW w:w="2268" w:type="dxa"/>
          </w:tcPr>
          <w:p w14:paraId="18F7DF3B" w14:textId="77777777" w:rsidR="0056161D" w:rsidRDefault="00000000" w:rsidP="009449E2">
            <w:pPr>
              <w:jc w:val="center"/>
            </w:pPr>
            <w:r>
              <w:t>R</w:t>
            </w:r>
          </w:p>
        </w:tc>
        <w:tc>
          <w:tcPr>
            <w:tcW w:w="1701" w:type="dxa"/>
          </w:tcPr>
          <w:p w14:paraId="783B9A7F" w14:textId="77777777" w:rsidR="0056161D" w:rsidRDefault="00000000" w:rsidP="009449E2">
            <w:pPr>
              <w:jc w:val="center"/>
            </w:pPr>
            <w:r>
              <w:t>C</w:t>
            </w:r>
          </w:p>
        </w:tc>
        <w:tc>
          <w:tcPr>
            <w:tcW w:w="1849" w:type="dxa"/>
          </w:tcPr>
          <w:p w14:paraId="21A2DF98" w14:textId="77777777" w:rsidR="0056161D" w:rsidRDefault="00000000" w:rsidP="009449E2">
            <w:pPr>
              <w:jc w:val="center"/>
            </w:pPr>
            <w:r>
              <w:t>I</w:t>
            </w:r>
          </w:p>
        </w:tc>
      </w:tr>
      <w:tr w:rsidR="0056161D" w14:paraId="4499113C" w14:textId="77777777" w:rsidTr="009449E2">
        <w:tc>
          <w:tcPr>
            <w:tcW w:w="3402" w:type="dxa"/>
          </w:tcPr>
          <w:p w14:paraId="435A6AF5" w14:textId="77777777" w:rsidR="0056161D" w:rsidRDefault="00000000">
            <w:r>
              <w:t>Execute Action Plan</w:t>
            </w:r>
          </w:p>
        </w:tc>
        <w:tc>
          <w:tcPr>
            <w:tcW w:w="1985" w:type="dxa"/>
          </w:tcPr>
          <w:p w14:paraId="7EC612B1" w14:textId="77777777" w:rsidR="0056161D" w:rsidRDefault="00000000" w:rsidP="009449E2">
            <w:pPr>
              <w:jc w:val="center"/>
            </w:pPr>
            <w:r>
              <w:t>I</w:t>
            </w:r>
          </w:p>
        </w:tc>
        <w:tc>
          <w:tcPr>
            <w:tcW w:w="2268" w:type="dxa"/>
          </w:tcPr>
          <w:p w14:paraId="0FC808CA" w14:textId="77777777" w:rsidR="0056161D" w:rsidRDefault="00000000" w:rsidP="009449E2">
            <w:pPr>
              <w:jc w:val="center"/>
            </w:pPr>
            <w:r>
              <w:t>A</w:t>
            </w:r>
          </w:p>
        </w:tc>
        <w:tc>
          <w:tcPr>
            <w:tcW w:w="1701" w:type="dxa"/>
          </w:tcPr>
          <w:p w14:paraId="0805E3DC" w14:textId="77777777" w:rsidR="0056161D" w:rsidRDefault="00000000" w:rsidP="009449E2">
            <w:pPr>
              <w:jc w:val="center"/>
            </w:pPr>
            <w:r>
              <w:t>R</w:t>
            </w:r>
          </w:p>
        </w:tc>
        <w:tc>
          <w:tcPr>
            <w:tcW w:w="1849" w:type="dxa"/>
          </w:tcPr>
          <w:p w14:paraId="6503246B" w14:textId="77777777" w:rsidR="0056161D" w:rsidRDefault="00000000" w:rsidP="009449E2">
            <w:pPr>
              <w:jc w:val="center"/>
            </w:pPr>
            <w:r>
              <w:t>R</w:t>
            </w:r>
          </w:p>
        </w:tc>
      </w:tr>
      <w:tr w:rsidR="0056161D" w14:paraId="0E76B6B3" w14:textId="77777777" w:rsidTr="009449E2">
        <w:tc>
          <w:tcPr>
            <w:tcW w:w="3402" w:type="dxa"/>
          </w:tcPr>
          <w:p w14:paraId="3F370802" w14:textId="77777777" w:rsidR="0056161D" w:rsidRDefault="00000000">
            <w:r>
              <w:t>Monitor Progress &amp; KPIs</w:t>
            </w:r>
          </w:p>
        </w:tc>
        <w:tc>
          <w:tcPr>
            <w:tcW w:w="1985" w:type="dxa"/>
          </w:tcPr>
          <w:p w14:paraId="3D3B0D11" w14:textId="77777777" w:rsidR="0056161D" w:rsidRDefault="00000000" w:rsidP="009449E2">
            <w:pPr>
              <w:jc w:val="center"/>
            </w:pPr>
            <w:r>
              <w:t>I</w:t>
            </w:r>
          </w:p>
        </w:tc>
        <w:tc>
          <w:tcPr>
            <w:tcW w:w="2268" w:type="dxa"/>
          </w:tcPr>
          <w:p w14:paraId="1D7124F0" w14:textId="77777777" w:rsidR="0056161D" w:rsidRDefault="00000000" w:rsidP="009449E2">
            <w:pPr>
              <w:jc w:val="center"/>
            </w:pPr>
            <w:r>
              <w:t>A</w:t>
            </w:r>
          </w:p>
        </w:tc>
        <w:tc>
          <w:tcPr>
            <w:tcW w:w="1701" w:type="dxa"/>
          </w:tcPr>
          <w:p w14:paraId="18A2C3E9" w14:textId="77777777" w:rsidR="0056161D" w:rsidRDefault="00000000" w:rsidP="009449E2">
            <w:pPr>
              <w:jc w:val="center"/>
            </w:pPr>
            <w:r>
              <w:t>R</w:t>
            </w:r>
          </w:p>
        </w:tc>
        <w:tc>
          <w:tcPr>
            <w:tcW w:w="1849" w:type="dxa"/>
          </w:tcPr>
          <w:p w14:paraId="37428861" w14:textId="77777777" w:rsidR="0056161D" w:rsidRDefault="00000000" w:rsidP="009449E2">
            <w:pPr>
              <w:jc w:val="center"/>
            </w:pPr>
            <w:r>
              <w:t>R</w:t>
            </w:r>
          </w:p>
        </w:tc>
      </w:tr>
      <w:tr w:rsidR="0056161D" w14:paraId="49114377" w14:textId="77777777" w:rsidTr="009449E2">
        <w:tc>
          <w:tcPr>
            <w:tcW w:w="3402" w:type="dxa"/>
          </w:tcPr>
          <w:p w14:paraId="7B4BB31C" w14:textId="77777777" w:rsidR="0056161D" w:rsidRDefault="00000000">
            <w:r>
              <w:t>Risk &amp; Issue Management</w:t>
            </w:r>
          </w:p>
        </w:tc>
        <w:tc>
          <w:tcPr>
            <w:tcW w:w="1985" w:type="dxa"/>
          </w:tcPr>
          <w:p w14:paraId="22234152" w14:textId="77777777" w:rsidR="0056161D" w:rsidRDefault="00000000" w:rsidP="009449E2">
            <w:pPr>
              <w:jc w:val="center"/>
            </w:pPr>
            <w:r>
              <w:t>C</w:t>
            </w:r>
          </w:p>
        </w:tc>
        <w:tc>
          <w:tcPr>
            <w:tcW w:w="2268" w:type="dxa"/>
          </w:tcPr>
          <w:p w14:paraId="3D8D9BEA" w14:textId="77777777" w:rsidR="0056161D" w:rsidRDefault="00000000" w:rsidP="009449E2">
            <w:pPr>
              <w:jc w:val="center"/>
            </w:pPr>
            <w:r>
              <w:t>A</w:t>
            </w:r>
          </w:p>
        </w:tc>
        <w:tc>
          <w:tcPr>
            <w:tcW w:w="1701" w:type="dxa"/>
          </w:tcPr>
          <w:p w14:paraId="7CA33187" w14:textId="77777777" w:rsidR="0056161D" w:rsidRDefault="00000000" w:rsidP="009449E2">
            <w:pPr>
              <w:jc w:val="center"/>
            </w:pPr>
            <w:r>
              <w:t>R</w:t>
            </w:r>
          </w:p>
        </w:tc>
        <w:tc>
          <w:tcPr>
            <w:tcW w:w="1849" w:type="dxa"/>
          </w:tcPr>
          <w:p w14:paraId="1BAFF9DD" w14:textId="77777777" w:rsidR="0056161D" w:rsidRDefault="00000000" w:rsidP="009449E2">
            <w:pPr>
              <w:jc w:val="center"/>
            </w:pPr>
            <w:r>
              <w:t>R</w:t>
            </w:r>
          </w:p>
        </w:tc>
      </w:tr>
      <w:tr w:rsidR="0056161D" w14:paraId="57BF5A7E" w14:textId="77777777" w:rsidTr="009449E2">
        <w:tc>
          <w:tcPr>
            <w:tcW w:w="3402" w:type="dxa"/>
          </w:tcPr>
          <w:p w14:paraId="3655FE34" w14:textId="77777777" w:rsidR="0056161D" w:rsidRDefault="00000000">
            <w:r>
              <w:t>Change Requests &amp; Approvals</w:t>
            </w:r>
          </w:p>
        </w:tc>
        <w:tc>
          <w:tcPr>
            <w:tcW w:w="1985" w:type="dxa"/>
          </w:tcPr>
          <w:p w14:paraId="1C05DFCB" w14:textId="77777777" w:rsidR="0056161D" w:rsidRDefault="00000000" w:rsidP="009449E2">
            <w:pPr>
              <w:jc w:val="center"/>
            </w:pPr>
            <w:r>
              <w:t>A</w:t>
            </w:r>
          </w:p>
        </w:tc>
        <w:tc>
          <w:tcPr>
            <w:tcW w:w="2268" w:type="dxa"/>
          </w:tcPr>
          <w:p w14:paraId="28672C7D" w14:textId="77777777" w:rsidR="0056161D" w:rsidRDefault="00000000" w:rsidP="009449E2">
            <w:pPr>
              <w:jc w:val="center"/>
            </w:pPr>
            <w:r>
              <w:t>R</w:t>
            </w:r>
          </w:p>
        </w:tc>
        <w:tc>
          <w:tcPr>
            <w:tcW w:w="1701" w:type="dxa"/>
          </w:tcPr>
          <w:p w14:paraId="192284AA" w14:textId="77777777" w:rsidR="0056161D" w:rsidRDefault="00000000" w:rsidP="009449E2">
            <w:pPr>
              <w:jc w:val="center"/>
            </w:pPr>
            <w:r>
              <w:t>C</w:t>
            </w:r>
          </w:p>
        </w:tc>
        <w:tc>
          <w:tcPr>
            <w:tcW w:w="1849" w:type="dxa"/>
          </w:tcPr>
          <w:p w14:paraId="5C482BA6" w14:textId="77777777" w:rsidR="0056161D" w:rsidRDefault="00000000" w:rsidP="009449E2">
            <w:pPr>
              <w:jc w:val="center"/>
            </w:pPr>
            <w:r>
              <w:t>I</w:t>
            </w:r>
          </w:p>
        </w:tc>
      </w:tr>
      <w:tr w:rsidR="0056161D" w14:paraId="062F034C" w14:textId="77777777" w:rsidTr="009449E2">
        <w:tc>
          <w:tcPr>
            <w:tcW w:w="3402" w:type="dxa"/>
          </w:tcPr>
          <w:p w14:paraId="62FF6FC9" w14:textId="77777777" w:rsidR="0056161D" w:rsidRDefault="00000000">
            <w:r>
              <w:t>Prepare Progress Reports</w:t>
            </w:r>
          </w:p>
        </w:tc>
        <w:tc>
          <w:tcPr>
            <w:tcW w:w="1985" w:type="dxa"/>
          </w:tcPr>
          <w:p w14:paraId="7C704DF4" w14:textId="77777777" w:rsidR="0056161D" w:rsidRDefault="00000000" w:rsidP="009449E2">
            <w:pPr>
              <w:jc w:val="center"/>
            </w:pPr>
            <w:r>
              <w:t>I</w:t>
            </w:r>
          </w:p>
        </w:tc>
        <w:tc>
          <w:tcPr>
            <w:tcW w:w="2268" w:type="dxa"/>
          </w:tcPr>
          <w:p w14:paraId="7B6B84F8" w14:textId="77777777" w:rsidR="0056161D" w:rsidRDefault="00000000" w:rsidP="009449E2">
            <w:pPr>
              <w:jc w:val="center"/>
            </w:pPr>
            <w:r>
              <w:t>A</w:t>
            </w:r>
          </w:p>
        </w:tc>
        <w:tc>
          <w:tcPr>
            <w:tcW w:w="1701" w:type="dxa"/>
          </w:tcPr>
          <w:p w14:paraId="66D91DB2" w14:textId="77777777" w:rsidR="0056161D" w:rsidRDefault="00000000" w:rsidP="009449E2">
            <w:pPr>
              <w:jc w:val="center"/>
            </w:pPr>
            <w:r>
              <w:t>R</w:t>
            </w:r>
          </w:p>
        </w:tc>
        <w:tc>
          <w:tcPr>
            <w:tcW w:w="1849" w:type="dxa"/>
          </w:tcPr>
          <w:p w14:paraId="32551C64" w14:textId="77777777" w:rsidR="0056161D" w:rsidRDefault="00000000" w:rsidP="009449E2">
            <w:pPr>
              <w:jc w:val="center"/>
            </w:pPr>
            <w:r>
              <w:t>R</w:t>
            </w:r>
          </w:p>
        </w:tc>
      </w:tr>
      <w:tr w:rsidR="0056161D" w14:paraId="12BB70C4" w14:textId="77777777" w:rsidTr="009449E2">
        <w:tc>
          <w:tcPr>
            <w:tcW w:w="3402" w:type="dxa"/>
          </w:tcPr>
          <w:p w14:paraId="549E1B5A" w14:textId="77777777" w:rsidR="0056161D" w:rsidRDefault="00000000">
            <w:r>
              <w:t>Conduct Review Meetings</w:t>
            </w:r>
          </w:p>
        </w:tc>
        <w:tc>
          <w:tcPr>
            <w:tcW w:w="1985" w:type="dxa"/>
          </w:tcPr>
          <w:p w14:paraId="508C33FF" w14:textId="77777777" w:rsidR="0056161D" w:rsidRDefault="00000000" w:rsidP="009449E2">
            <w:pPr>
              <w:jc w:val="center"/>
            </w:pPr>
            <w:r>
              <w:t>C</w:t>
            </w:r>
          </w:p>
        </w:tc>
        <w:tc>
          <w:tcPr>
            <w:tcW w:w="2268" w:type="dxa"/>
          </w:tcPr>
          <w:p w14:paraId="2DB3917C" w14:textId="77777777" w:rsidR="0056161D" w:rsidRDefault="00000000" w:rsidP="009449E2">
            <w:pPr>
              <w:jc w:val="center"/>
            </w:pPr>
            <w:r>
              <w:t>A</w:t>
            </w:r>
          </w:p>
        </w:tc>
        <w:tc>
          <w:tcPr>
            <w:tcW w:w="1701" w:type="dxa"/>
          </w:tcPr>
          <w:p w14:paraId="5CE0FF56" w14:textId="77777777" w:rsidR="0056161D" w:rsidRDefault="00000000" w:rsidP="009449E2">
            <w:pPr>
              <w:jc w:val="center"/>
            </w:pPr>
            <w:r>
              <w:t>R</w:t>
            </w:r>
          </w:p>
        </w:tc>
        <w:tc>
          <w:tcPr>
            <w:tcW w:w="1849" w:type="dxa"/>
          </w:tcPr>
          <w:p w14:paraId="3EB07669" w14:textId="77777777" w:rsidR="0056161D" w:rsidRDefault="00000000" w:rsidP="009449E2">
            <w:pPr>
              <w:jc w:val="center"/>
            </w:pPr>
            <w:r>
              <w:t>R</w:t>
            </w:r>
          </w:p>
        </w:tc>
      </w:tr>
      <w:tr w:rsidR="0056161D" w14:paraId="33CDE0AE" w14:textId="77777777" w:rsidTr="009449E2">
        <w:tc>
          <w:tcPr>
            <w:tcW w:w="3402" w:type="dxa"/>
          </w:tcPr>
          <w:p w14:paraId="3BE1C1C8" w14:textId="77777777" w:rsidR="0056161D" w:rsidRDefault="00000000">
            <w:r>
              <w:t>Manage Partner Communication</w:t>
            </w:r>
          </w:p>
        </w:tc>
        <w:tc>
          <w:tcPr>
            <w:tcW w:w="1985" w:type="dxa"/>
          </w:tcPr>
          <w:p w14:paraId="5ED3E06F" w14:textId="77777777" w:rsidR="0056161D" w:rsidRDefault="00000000" w:rsidP="009449E2">
            <w:pPr>
              <w:jc w:val="center"/>
            </w:pPr>
            <w:r>
              <w:t>I</w:t>
            </w:r>
          </w:p>
        </w:tc>
        <w:tc>
          <w:tcPr>
            <w:tcW w:w="2268" w:type="dxa"/>
          </w:tcPr>
          <w:p w14:paraId="0155E6CF" w14:textId="77777777" w:rsidR="0056161D" w:rsidRDefault="00000000" w:rsidP="009449E2">
            <w:pPr>
              <w:jc w:val="center"/>
            </w:pPr>
            <w:r>
              <w:t>C</w:t>
            </w:r>
          </w:p>
        </w:tc>
        <w:tc>
          <w:tcPr>
            <w:tcW w:w="1701" w:type="dxa"/>
          </w:tcPr>
          <w:p w14:paraId="57843690" w14:textId="77777777" w:rsidR="0056161D" w:rsidRDefault="00000000" w:rsidP="009449E2">
            <w:pPr>
              <w:jc w:val="center"/>
            </w:pPr>
            <w:r>
              <w:t>A</w:t>
            </w:r>
          </w:p>
        </w:tc>
        <w:tc>
          <w:tcPr>
            <w:tcW w:w="1849" w:type="dxa"/>
          </w:tcPr>
          <w:p w14:paraId="062E2854" w14:textId="77777777" w:rsidR="0056161D" w:rsidRDefault="00000000" w:rsidP="009449E2">
            <w:pPr>
              <w:jc w:val="center"/>
            </w:pPr>
            <w:r>
              <w:t>R</w:t>
            </w:r>
          </w:p>
        </w:tc>
      </w:tr>
      <w:tr w:rsidR="0056161D" w14:paraId="35B05887" w14:textId="77777777" w:rsidTr="009449E2">
        <w:tc>
          <w:tcPr>
            <w:tcW w:w="3402" w:type="dxa"/>
          </w:tcPr>
          <w:p w14:paraId="7C313598" w14:textId="77777777" w:rsidR="0056161D" w:rsidRDefault="00000000">
            <w:r>
              <w:t>Partnership Closure / Renewal</w:t>
            </w:r>
          </w:p>
        </w:tc>
        <w:tc>
          <w:tcPr>
            <w:tcW w:w="1985" w:type="dxa"/>
          </w:tcPr>
          <w:p w14:paraId="06E205E1" w14:textId="77777777" w:rsidR="0056161D" w:rsidRDefault="00000000" w:rsidP="009449E2">
            <w:pPr>
              <w:jc w:val="center"/>
            </w:pPr>
            <w:r>
              <w:t>A</w:t>
            </w:r>
          </w:p>
        </w:tc>
        <w:tc>
          <w:tcPr>
            <w:tcW w:w="2268" w:type="dxa"/>
          </w:tcPr>
          <w:p w14:paraId="28082D61" w14:textId="77777777" w:rsidR="0056161D" w:rsidRDefault="00000000" w:rsidP="009449E2">
            <w:pPr>
              <w:jc w:val="center"/>
            </w:pPr>
            <w:r>
              <w:t>R</w:t>
            </w:r>
          </w:p>
        </w:tc>
        <w:tc>
          <w:tcPr>
            <w:tcW w:w="1701" w:type="dxa"/>
          </w:tcPr>
          <w:p w14:paraId="5CC1B542" w14:textId="77777777" w:rsidR="0056161D" w:rsidRDefault="00000000" w:rsidP="009449E2">
            <w:pPr>
              <w:jc w:val="center"/>
            </w:pPr>
            <w:r>
              <w:t>C</w:t>
            </w:r>
          </w:p>
        </w:tc>
        <w:tc>
          <w:tcPr>
            <w:tcW w:w="1849" w:type="dxa"/>
          </w:tcPr>
          <w:p w14:paraId="0E5388B6" w14:textId="77777777" w:rsidR="0056161D" w:rsidRDefault="00000000" w:rsidP="009449E2">
            <w:pPr>
              <w:jc w:val="center"/>
            </w:pPr>
            <w:r>
              <w:t>I</w:t>
            </w:r>
          </w:p>
        </w:tc>
      </w:tr>
    </w:tbl>
    <w:p w14:paraId="4941058A" w14:textId="790FBE42" w:rsidR="0056161D" w:rsidRDefault="004E0BAC">
      <w:r>
        <w:rPr>
          <w:b/>
        </w:rPr>
        <w:lastRenderedPageBreak/>
        <w:br/>
        <w:t>RACI Legend</w:t>
      </w:r>
      <w:r>
        <w:rPr>
          <w:b/>
        </w:rPr>
        <w:br/>
      </w:r>
      <w:r>
        <w:t>R = Responsible</w:t>
      </w:r>
      <w:r>
        <w:br/>
        <w:t>A = Accountable</w:t>
      </w:r>
      <w:r>
        <w:br/>
        <w:t>C = Consulted</w:t>
      </w:r>
      <w:r>
        <w:br/>
        <w:t>I = Informed</w:t>
      </w:r>
    </w:p>
    <w:p w14:paraId="5E7E5872" w14:textId="77777777" w:rsidR="008267F0" w:rsidRDefault="00000000">
      <w:pPr>
        <w:pStyle w:val="Heading2"/>
      </w:pPr>
      <w:r>
        <w:t>4. KPI Dashboard</w:t>
      </w:r>
    </w:p>
    <w:p w14:paraId="3013FB09" w14:textId="77777777" w:rsidR="008267F0" w:rsidRDefault="00000000">
      <w:pPr>
        <w:pStyle w:val="ListBullet"/>
      </w:pPr>
      <w:r>
        <w:t>Initiative Completion Rate</w:t>
      </w:r>
    </w:p>
    <w:p w14:paraId="09925826" w14:textId="77777777" w:rsidR="008267F0" w:rsidRDefault="00000000">
      <w:pPr>
        <w:pStyle w:val="ListBullet"/>
      </w:pPr>
      <w:r>
        <w:t>Milestone Achievement</w:t>
      </w:r>
    </w:p>
    <w:p w14:paraId="4E4C4F0B" w14:textId="77777777" w:rsidR="008267F0" w:rsidRDefault="00000000">
      <w:pPr>
        <w:pStyle w:val="ListBullet"/>
      </w:pPr>
      <w:r>
        <w:t>Partner Satisfaction</w:t>
      </w:r>
    </w:p>
    <w:p w14:paraId="60813D66" w14:textId="77777777" w:rsidR="008267F0" w:rsidRDefault="00000000">
      <w:pPr>
        <w:pStyle w:val="ListBullet"/>
      </w:pPr>
      <w:r>
        <w:t>Open Risks</w:t>
      </w:r>
    </w:p>
    <w:p w14:paraId="591D5B2E" w14:textId="77777777" w:rsidR="008267F0" w:rsidRDefault="00000000">
      <w:pPr>
        <w:pStyle w:val="ListBullet"/>
      </w:pPr>
      <w:r>
        <w:t>Open Decisions</w:t>
      </w:r>
    </w:p>
    <w:p w14:paraId="563FC77B" w14:textId="77777777" w:rsidR="0084791D" w:rsidRDefault="00000000" w:rsidP="0084791D">
      <w:pPr>
        <w:pStyle w:val="Heading2"/>
      </w:pPr>
      <w:r>
        <w:t xml:space="preserve">5. </w:t>
      </w:r>
      <w:r w:rsidR="0084791D">
        <w:t>Working Team</w:t>
      </w:r>
      <w:r w:rsidR="0084791D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9"/>
        <w:gridCol w:w="2161"/>
        <w:gridCol w:w="2119"/>
        <w:gridCol w:w="2108"/>
        <w:gridCol w:w="2021"/>
      </w:tblGrid>
      <w:tr w:rsidR="0084791D" w14:paraId="23C0DE82" w14:textId="77777777" w:rsidTr="0084791D">
        <w:tc>
          <w:tcPr>
            <w:tcW w:w="2319" w:type="dxa"/>
          </w:tcPr>
          <w:p w14:paraId="67D4965E" w14:textId="77777777" w:rsidR="0084791D" w:rsidRDefault="0084791D" w:rsidP="00AC221A">
            <w:r>
              <w:t>Organization</w:t>
            </w:r>
          </w:p>
        </w:tc>
        <w:tc>
          <w:tcPr>
            <w:tcW w:w="2161" w:type="dxa"/>
          </w:tcPr>
          <w:p w14:paraId="6199886F" w14:textId="77777777" w:rsidR="0084791D" w:rsidRDefault="0084791D" w:rsidP="00AC221A">
            <w:pPr>
              <w:rPr>
                <w:rtl/>
              </w:rPr>
            </w:pPr>
            <w:r>
              <w:t>Name</w:t>
            </w:r>
          </w:p>
        </w:tc>
        <w:tc>
          <w:tcPr>
            <w:tcW w:w="2119" w:type="dxa"/>
          </w:tcPr>
          <w:p w14:paraId="5A1406EE" w14:textId="77777777" w:rsidR="0084791D" w:rsidRDefault="0084791D" w:rsidP="00AC221A">
            <w:r>
              <w:t>Title</w:t>
            </w:r>
          </w:p>
        </w:tc>
        <w:tc>
          <w:tcPr>
            <w:tcW w:w="2108" w:type="dxa"/>
          </w:tcPr>
          <w:p w14:paraId="4D5AB4EC" w14:textId="77777777" w:rsidR="0084791D" w:rsidRDefault="0084791D" w:rsidP="00AC221A">
            <w:r>
              <w:t>role</w:t>
            </w:r>
          </w:p>
        </w:tc>
        <w:tc>
          <w:tcPr>
            <w:tcW w:w="2021" w:type="dxa"/>
          </w:tcPr>
          <w:p w14:paraId="2BDBA11F" w14:textId="77777777" w:rsidR="0084791D" w:rsidRDefault="0084791D" w:rsidP="00AC221A">
            <w:r>
              <w:t>Contact info</w:t>
            </w:r>
          </w:p>
        </w:tc>
      </w:tr>
      <w:tr w:rsidR="0084791D" w14:paraId="3EFE49C6" w14:textId="77777777" w:rsidTr="0084791D">
        <w:tc>
          <w:tcPr>
            <w:tcW w:w="2319" w:type="dxa"/>
          </w:tcPr>
          <w:p w14:paraId="3924D634" w14:textId="77777777" w:rsidR="0084791D" w:rsidRDefault="0084791D" w:rsidP="00AC221A">
            <w:proofErr w:type="spellStart"/>
            <w:r>
              <w:t>Alfaisal</w:t>
            </w:r>
            <w:proofErr w:type="spellEnd"/>
            <w:r>
              <w:t xml:space="preserve"> University</w:t>
            </w:r>
          </w:p>
        </w:tc>
        <w:tc>
          <w:tcPr>
            <w:tcW w:w="2161" w:type="dxa"/>
          </w:tcPr>
          <w:p w14:paraId="553A4C7A" w14:textId="77777777" w:rsidR="0084791D" w:rsidRDefault="0084791D" w:rsidP="00AC221A"/>
        </w:tc>
        <w:tc>
          <w:tcPr>
            <w:tcW w:w="2119" w:type="dxa"/>
          </w:tcPr>
          <w:p w14:paraId="3894B804" w14:textId="77777777" w:rsidR="0084791D" w:rsidRDefault="0084791D" w:rsidP="00AC221A"/>
        </w:tc>
        <w:tc>
          <w:tcPr>
            <w:tcW w:w="2108" w:type="dxa"/>
          </w:tcPr>
          <w:p w14:paraId="3C64472C" w14:textId="03A1CD2C" w:rsidR="0084791D" w:rsidRDefault="004E0BAC" w:rsidP="00AC221A">
            <w:r>
              <w:t>Focal point</w:t>
            </w:r>
          </w:p>
        </w:tc>
        <w:tc>
          <w:tcPr>
            <w:tcW w:w="2021" w:type="dxa"/>
          </w:tcPr>
          <w:p w14:paraId="6E0B3507" w14:textId="77777777" w:rsidR="0084791D" w:rsidRDefault="0084791D" w:rsidP="00AC221A"/>
        </w:tc>
      </w:tr>
      <w:tr w:rsidR="0084791D" w14:paraId="0DD8D74A" w14:textId="77777777" w:rsidTr="0084791D">
        <w:tc>
          <w:tcPr>
            <w:tcW w:w="2319" w:type="dxa"/>
          </w:tcPr>
          <w:p w14:paraId="3C611110" w14:textId="77777777" w:rsidR="0084791D" w:rsidRDefault="0084791D" w:rsidP="00AC221A"/>
        </w:tc>
        <w:tc>
          <w:tcPr>
            <w:tcW w:w="2161" w:type="dxa"/>
          </w:tcPr>
          <w:p w14:paraId="72D86E5F" w14:textId="77777777" w:rsidR="0084791D" w:rsidRDefault="0084791D" w:rsidP="00AC221A"/>
        </w:tc>
        <w:tc>
          <w:tcPr>
            <w:tcW w:w="2119" w:type="dxa"/>
          </w:tcPr>
          <w:p w14:paraId="740F315D" w14:textId="77777777" w:rsidR="0084791D" w:rsidRDefault="0084791D" w:rsidP="00AC221A"/>
        </w:tc>
        <w:tc>
          <w:tcPr>
            <w:tcW w:w="2108" w:type="dxa"/>
          </w:tcPr>
          <w:p w14:paraId="05E5AA8F" w14:textId="77777777" w:rsidR="0084791D" w:rsidRDefault="0084791D" w:rsidP="00AC221A"/>
        </w:tc>
        <w:tc>
          <w:tcPr>
            <w:tcW w:w="2021" w:type="dxa"/>
          </w:tcPr>
          <w:p w14:paraId="56CCE778" w14:textId="77777777" w:rsidR="0084791D" w:rsidRDefault="0084791D" w:rsidP="00AC221A"/>
        </w:tc>
      </w:tr>
      <w:tr w:rsidR="0084791D" w14:paraId="33BBF232" w14:textId="77777777" w:rsidTr="0084791D">
        <w:tc>
          <w:tcPr>
            <w:tcW w:w="2319" w:type="dxa"/>
          </w:tcPr>
          <w:p w14:paraId="52C7EC8D" w14:textId="77777777" w:rsidR="0084791D" w:rsidRDefault="0084791D" w:rsidP="00AC221A"/>
        </w:tc>
        <w:tc>
          <w:tcPr>
            <w:tcW w:w="2161" w:type="dxa"/>
          </w:tcPr>
          <w:p w14:paraId="5ACABFAD" w14:textId="77777777" w:rsidR="0084791D" w:rsidRDefault="0084791D" w:rsidP="00AC221A"/>
        </w:tc>
        <w:tc>
          <w:tcPr>
            <w:tcW w:w="2119" w:type="dxa"/>
          </w:tcPr>
          <w:p w14:paraId="2F28439D" w14:textId="77777777" w:rsidR="0084791D" w:rsidRDefault="0084791D" w:rsidP="00AC221A"/>
        </w:tc>
        <w:tc>
          <w:tcPr>
            <w:tcW w:w="2108" w:type="dxa"/>
          </w:tcPr>
          <w:p w14:paraId="36B6A9DD" w14:textId="77777777" w:rsidR="0084791D" w:rsidRDefault="0084791D" w:rsidP="00AC221A"/>
        </w:tc>
        <w:tc>
          <w:tcPr>
            <w:tcW w:w="2021" w:type="dxa"/>
          </w:tcPr>
          <w:p w14:paraId="189F563C" w14:textId="77777777" w:rsidR="0084791D" w:rsidRDefault="0084791D" w:rsidP="00AC221A"/>
        </w:tc>
      </w:tr>
      <w:tr w:rsidR="0084791D" w14:paraId="431D8C1B" w14:textId="77777777" w:rsidTr="0084791D">
        <w:tc>
          <w:tcPr>
            <w:tcW w:w="2319" w:type="dxa"/>
          </w:tcPr>
          <w:p w14:paraId="4C473D0F" w14:textId="77777777" w:rsidR="0084791D" w:rsidRDefault="0084791D" w:rsidP="00AC221A"/>
        </w:tc>
        <w:tc>
          <w:tcPr>
            <w:tcW w:w="2161" w:type="dxa"/>
          </w:tcPr>
          <w:p w14:paraId="63FE3A92" w14:textId="77777777" w:rsidR="0084791D" w:rsidRDefault="0084791D" w:rsidP="00AC221A"/>
        </w:tc>
        <w:tc>
          <w:tcPr>
            <w:tcW w:w="2119" w:type="dxa"/>
          </w:tcPr>
          <w:p w14:paraId="2B19CFE0" w14:textId="77777777" w:rsidR="0084791D" w:rsidRDefault="0084791D" w:rsidP="00AC221A"/>
        </w:tc>
        <w:tc>
          <w:tcPr>
            <w:tcW w:w="2108" w:type="dxa"/>
          </w:tcPr>
          <w:p w14:paraId="1848A03D" w14:textId="77777777" w:rsidR="0084791D" w:rsidRDefault="0084791D" w:rsidP="00AC221A"/>
        </w:tc>
        <w:tc>
          <w:tcPr>
            <w:tcW w:w="2021" w:type="dxa"/>
          </w:tcPr>
          <w:p w14:paraId="35381229" w14:textId="77777777" w:rsidR="0084791D" w:rsidRDefault="0084791D" w:rsidP="00AC221A"/>
        </w:tc>
      </w:tr>
      <w:tr w:rsidR="0084791D" w14:paraId="351FE98E" w14:textId="77777777" w:rsidTr="0084791D">
        <w:tc>
          <w:tcPr>
            <w:tcW w:w="2319" w:type="dxa"/>
          </w:tcPr>
          <w:p w14:paraId="5F94C026" w14:textId="77777777" w:rsidR="0084791D" w:rsidRDefault="0084791D" w:rsidP="00AC221A"/>
        </w:tc>
        <w:tc>
          <w:tcPr>
            <w:tcW w:w="2161" w:type="dxa"/>
          </w:tcPr>
          <w:p w14:paraId="689C5190" w14:textId="77777777" w:rsidR="0084791D" w:rsidRDefault="0084791D" w:rsidP="00AC221A"/>
        </w:tc>
        <w:tc>
          <w:tcPr>
            <w:tcW w:w="2119" w:type="dxa"/>
          </w:tcPr>
          <w:p w14:paraId="4FF1E065" w14:textId="77777777" w:rsidR="0084791D" w:rsidRDefault="0084791D" w:rsidP="00AC221A"/>
        </w:tc>
        <w:tc>
          <w:tcPr>
            <w:tcW w:w="2108" w:type="dxa"/>
          </w:tcPr>
          <w:p w14:paraId="0D3A6FCA" w14:textId="77777777" w:rsidR="0084791D" w:rsidRDefault="0084791D" w:rsidP="00AC221A"/>
        </w:tc>
        <w:tc>
          <w:tcPr>
            <w:tcW w:w="2021" w:type="dxa"/>
          </w:tcPr>
          <w:p w14:paraId="15DF5DD8" w14:textId="77777777" w:rsidR="0084791D" w:rsidRDefault="0084791D" w:rsidP="00AC221A"/>
        </w:tc>
      </w:tr>
      <w:tr w:rsidR="0084791D" w14:paraId="165C6800" w14:textId="77777777" w:rsidTr="0084791D">
        <w:tc>
          <w:tcPr>
            <w:tcW w:w="2319" w:type="dxa"/>
          </w:tcPr>
          <w:p w14:paraId="244FCE5F" w14:textId="77777777" w:rsidR="0084791D" w:rsidRDefault="0084791D" w:rsidP="00AC221A">
            <w:r>
              <w:t>Partner Organization</w:t>
            </w:r>
          </w:p>
        </w:tc>
        <w:tc>
          <w:tcPr>
            <w:tcW w:w="2161" w:type="dxa"/>
          </w:tcPr>
          <w:p w14:paraId="24ACC790" w14:textId="77777777" w:rsidR="0084791D" w:rsidRDefault="0084791D" w:rsidP="00AC221A"/>
        </w:tc>
        <w:tc>
          <w:tcPr>
            <w:tcW w:w="2119" w:type="dxa"/>
          </w:tcPr>
          <w:p w14:paraId="1370A9DF" w14:textId="77777777" w:rsidR="0084791D" w:rsidRDefault="0084791D" w:rsidP="00AC221A"/>
        </w:tc>
        <w:tc>
          <w:tcPr>
            <w:tcW w:w="2108" w:type="dxa"/>
          </w:tcPr>
          <w:p w14:paraId="64317938" w14:textId="0D866CFC" w:rsidR="0084791D" w:rsidRDefault="004E0BAC" w:rsidP="00AC221A">
            <w:r>
              <w:t>Focal point</w:t>
            </w:r>
          </w:p>
        </w:tc>
        <w:tc>
          <w:tcPr>
            <w:tcW w:w="2021" w:type="dxa"/>
          </w:tcPr>
          <w:p w14:paraId="590455CC" w14:textId="77777777" w:rsidR="0084791D" w:rsidRDefault="0084791D" w:rsidP="00AC221A"/>
        </w:tc>
      </w:tr>
      <w:tr w:rsidR="0084791D" w14:paraId="0E769425" w14:textId="77777777" w:rsidTr="0084791D">
        <w:tc>
          <w:tcPr>
            <w:tcW w:w="2319" w:type="dxa"/>
          </w:tcPr>
          <w:p w14:paraId="720E8943" w14:textId="77777777" w:rsidR="0084791D" w:rsidRDefault="0084791D" w:rsidP="00AC221A"/>
        </w:tc>
        <w:tc>
          <w:tcPr>
            <w:tcW w:w="2161" w:type="dxa"/>
          </w:tcPr>
          <w:p w14:paraId="32B4B133" w14:textId="77777777" w:rsidR="0084791D" w:rsidRDefault="0084791D" w:rsidP="00AC221A"/>
        </w:tc>
        <w:tc>
          <w:tcPr>
            <w:tcW w:w="2119" w:type="dxa"/>
          </w:tcPr>
          <w:p w14:paraId="58FEADB2" w14:textId="77777777" w:rsidR="0084791D" w:rsidRDefault="0084791D" w:rsidP="00AC221A"/>
        </w:tc>
        <w:tc>
          <w:tcPr>
            <w:tcW w:w="2108" w:type="dxa"/>
          </w:tcPr>
          <w:p w14:paraId="3D5A5A09" w14:textId="77777777" w:rsidR="0084791D" w:rsidRDefault="0084791D" w:rsidP="00AC221A"/>
        </w:tc>
        <w:tc>
          <w:tcPr>
            <w:tcW w:w="2021" w:type="dxa"/>
          </w:tcPr>
          <w:p w14:paraId="4E3CD2FA" w14:textId="77777777" w:rsidR="0084791D" w:rsidRDefault="0084791D" w:rsidP="00AC221A"/>
        </w:tc>
      </w:tr>
      <w:tr w:rsidR="0084791D" w14:paraId="19B02F9C" w14:textId="77777777" w:rsidTr="0084791D">
        <w:tc>
          <w:tcPr>
            <w:tcW w:w="2319" w:type="dxa"/>
          </w:tcPr>
          <w:p w14:paraId="761E0251" w14:textId="77777777" w:rsidR="0084791D" w:rsidRDefault="0084791D" w:rsidP="00AC221A"/>
        </w:tc>
        <w:tc>
          <w:tcPr>
            <w:tcW w:w="2161" w:type="dxa"/>
          </w:tcPr>
          <w:p w14:paraId="784BC413" w14:textId="77777777" w:rsidR="0084791D" w:rsidRDefault="0084791D" w:rsidP="00AC221A"/>
        </w:tc>
        <w:tc>
          <w:tcPr>
            <w:tcW w:w="2119" w:type="dxa"/>
          </w:tcPr>
          <w:p w14:paraId="0DAE076A" w14:textId="77777777" w:rsidR="0084791D" w:rsidRDefault="0084791D" w:rsidP="00AC221A"/>
        </w:tc>
        <w:tc>
          <w:tcPr>
            <w:tcW w:w="2108" w:type="dxa"/>
          </w:tcPr>
          <w:p w14:paraId="685F2062" w14:textId="77777777" w:rsidR="0084791D" w:rsidRDefault="0084791D" w:rsidP="00AC221A"/>
        </w:tc>
        <w:tc>
          <w:tcPr>
            <w:tcW w:w="2021" w:type="dxa"/>
          </w:tcPr>
          <w:p w14:paraId="246A3641" w14:textId="77777777" w:rsidR="0084791D" w:rsidRDefault="0084791D" w:rsidP="00AC221A"/>
        </w:tc>
      </w:tr>
      <w:tr w:rsidR="0084791D" w14:paraId="0E6AD466" w14:textId="77777777" w:rsidTr="0084791D">
        <w:tc>
          <w:tcPr>
            <w:tcW w:w="2319" w:type="dxa"/>
          </w:tcPr>
          <w:p w14:paraId="171F3EE7" w14:textId="77777777" w:rsidR="0084791D" w:rsidRDefault="0084791D" w:rsidP="00AC221A"/>
        </w:tc>
        <w:tc>
          <w:tcPr>
            <w:tcW w:w="2161" w:type="dxa"/>
          </w:tcPr>
          <w:p w14:paraId="24BCE57B" w14:textId="77777777" w:rsidR="0084791D" w:rsidRDefault="0084791D" w:rsidP="00AC221A"/>
        </w:tc>
        <w:tc>
          <w:tcPr>
            <w:tcW w:w="2119" w:type="dxa"/>
          </w:tcPr>
          <w:p w14:paraId="7DBC770C" w14:textId="77777777" w:rsidR="0084791D" w:rsidRDefault="0084791D" w:rsidP="00AC221A"/>
        </w:tc>
        <w:tc>
          <w:tcPr>
            <w:tcW w:w="2108" w:type="dxa"/>
          </w:tcPr>
          <w:p w14:paraId="422FFF9F" w14:textId="77777777" w:rsidR="0084791D" w:rsidRDefault="0084791D" w:rsidP="00AC221A"/>
        </w:tc>
        <w:tc>
          <w:tcPr>
            <w:tcW w:w="2021" w:type="dxa"/>
          </w:tcPr>
          <w:p w14:paraId="466E3EC5" w14:textId="77777777" w:rsidR="0084791D" w:rsidRDefault="0084791D" w:rsidP="00AC221A"/>
        </w:tc>
      </w:tr>
      <w:tr w:rsidR="0084791D" w14:paraId="488FF63B" w14:textId="77777777" w:rsidTr="0084791D">
        <w:tc>
          <w:tcPr>
            <w:tcW w:w="2319" w:type="dxa"/>
          </w:tcPr>
          <w:p w14:paraId="336315D0" w14:textId="77777777" w:rsidR="0084791D" w:rsidRDefault="0084791D" w:rsidP="00AC221A"/>
        </w:tc>
        <w:tc>
          <w:tcPr>
            <w:tcW w:w="2161" w:type="dxa"/>
          </w:tcPr>
          <w:p w14:paraId="7B488E59" w14:textId="77777777" w:rsidR="0084791D" w:rsidRDefault="0084791D" w:rsidP="00AC221A"/>
        </w:tc>
        <w:tc>
          <w:tcPr>
            <w:tcW w:w="2119" w:type="dxa"/>
          </w:tcPr>
          <w:p w14:paraId="2989D89B" w14:textId="77777777" w:rsidR="0084791D" w:rsidRDefault="0084791D" w:rsidP="00AC221A"/>
        </w:tc>
        <w:tc>
          <w:tcPr>
            <w:tcW w:w="2108" w:type="dxa"/>
          </w:tcPr>
          <w:p w14:paraId="284777EB" w14:textId="77777777" w:rsidR="0084791D" w:rsidRDefault="0084791D" w:rsidP="00AC221A"/>
        </w:tc>
        <w:tc>
          <w:tcPr>
            <w:tcW w:w="2021" w:type="dxa"/>
          </w:tcPr>
          <w:p w14:paraId="58D04265" w14:textId="77777777" w:rsidR="0084791D" w:rsidRDefault="0084791D" w:rsidP="00AC221A"/>
        </w:tc>
      </w:tr>
    </w:tbl>
    <w:p w14:paraId="763DDE17" w14:textId="543A4664" w:rsidR="0084791D" w:rsidRPr="0084791D" w:rsidRDefault="0084791D" w:rsidP="009449E2">
      <w:pPr>
        <w:pStyle w:val="Heading2"/>
      </w:pPr>
      <w:r>
        <w:br/>
        <w:t>6.Approval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</w:tblGrid>
      <w:tr w:rsidR="008267F0" w14:paraId="1A94AADF" w14:textId="77777777">
        <w:tc>
          <w:tcPr>
            <w:tcW w:w="2628" w:type="dxa"/>
          </w:tcPr>
          <w:p w14:paraId="3E7E0B72" w14:textId="77777777" w:rsidR="008267F0" w:rsidRDefault="00000000">
            <w:r>
              <w:t>Organization</w:t>
            </w:r>
          </w:p>
        </w:tc>
        <w:tc>
          <w:tcPr>
            <w:tcW w:w="2628" w:type="dxa"/>
          </w:tcPr>
          <w:p w14:paraId="0489EE42" w14:textId="77777777" w:rsidR="008267F0" w:rsidRDefault="00000000">
            <w:r>
              <w:t>Representative</w:t>
            </w:r>
          </w:p>
        </w:tc>
        <w:tc>
          <w:tcPr>
            <w:tcW w:w="2628" w:type="dxa"/>
          </w:tcPr>
          <w:p w14:paraId="3A860549" w14:textId="77777777" w:rsidR="008267F0" w:rsidRDefault="00000000">
            <w:r>
              <w:t>Title</w:t>
            </w:r>
          </w:p>
        </w:tc>
        <w:tc>
          <w:tcPr>
            <w:tcW w:w="2628" w:type="dxa"/>
          </w:tcPr>
          <w:p w14:paraId="42859AE9" w14:textId="77777777" w:rsidR="008267F0" w:rsidRDefault="00000000">
            <w:r>
              <w:t>Signature</w:t>
            </w:r>
          </w:p>
        </w:tc>
      </w:tr>
      <w:tr w:rsidR="008267F0" w14:paraId="5D69734D" w14:textId="77777777">
        <w:tc>
          <w:tcPr>
            <w:tcW w:w="2628" w:type="dxa"/>
          </w:tcPr>
          <w:p w14:paraId="546BF8C3" w14:textId="77777777" w:rsidR="008267F0" w:rsidRDefault="00000000">
            <w:r>
              <w:t>Alfaisal University</w:t>
            </w:r>
          </w:p>
        </w:tc>
        <w:tc>
          <w:tcPr>
            <w:tcW w:w="2628" w:type="dxa"/>
          </w:tcPr>
          <w:p w14:paraId="4D33432E" w14:textId="77777777" w:rsidR="008267F0" w:rsidRDefault="008267F0"/>
        </w:tc>
        <w:tc>
          <w:tcPr>
            <w:tcW w:w="2628" w:type="dxa"/>
          </w:tcPr>
          <w:p w14:paraId="42A51C98" w14:textId="77777777" w:rsidR="008267F0" w:rsidRDefault="008267F0"/>
        </w:tc>
        <w:tc>
          <w:tcPr>
            <w:tcW w:w="2628" w:type="dxa"/>
          </w:tcPr>
          <w:p w14:paraId="5346C7BD" w14:textId="77777777" w:rsidR="008267F0" w:rsidRDefault="008267F0"/>
        </w:tc>
      </w:tr>
      <w:tr w:rsidR="008267F0" w14:paraId="2E62F3BF" w14:textId="77777777">
        <w:tc>
          <w:tcPr>
            <w:tcW w:w="2628" w:type="dxa"/>
          </w:tcPr>
          <w:p w14:paraId="3179426A" w14:textId="77777777" w:rsidR="008267F0" w:rsidRDefault="00000000">
            <w:r>
              <w:t>Partner Organization</w:t>
            </w:r>
          </w:p>
        </w:tc>
        <w:tc>
          <w:tcPr>
            <w:tcW w:w="2628" w:type="dxa"/>
          </w:tcPr>
          <w:p w14:paraId="13F5B680" w14:textId="77777777" w:rsidR="008267F0" w:rsidRDefault="008267F0"/>
        </w:tc>
        <w:tc>
          <w:tcPr>
            <w:tcW w:w="2628" w:type="dxa"/>
          </w:tcPr>
          <w:p w14:paraId="546705BF" w14:textId="77777777" w:rsidR="008267F0" w:rsidRDefault="008267F0"/>
        </w:tc>
        <w:tc>
          <w:tcPr>
            <w:tcW w:w="2628" w:type="dxa"/>
          </w:tcPr>
          <w:p w14:paraId="0F54418A" w14:textId="77777777" w:rsidR="008267F0" w:rsidRDefault="008267F0"/>
        </w:tc>
      </w:tr>
    </w:tbl>
    <w:p w14:paraId="252DAB19" w14:textId="77777777" w:rsidR="004630BB" w:rsidRDefault="004630BB"/>
    <w:sectPr w:rsidR="004630BB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0830819">
    <w:abstractNumId w:val="8"/>
  </w:num>
  <w:num w:numId="2" w16cid:durableId="1399791372">
    <w:abstractNumId w:val="6"/>
  </w:num>
  <w:num w:numId="3" w16cid:durableId="1270509418">
    <w:abstractNumId w:val="5"/>
  </w:num>
  <w:num w:numId="4" w16cid:durableId="1104228643">
    <w:abstractNumId w:val="4"/>
  </w:num>
  <w:num w:numId="5" w16cid:durableId="1488284400">
    <w:abstractNumId w:val="7"/>
  </w:num>
  <w:num w:numId="6" w16cid:durableId="472143100">
    <w:abstractNumId w:val="3"/>
  </w:num>
  <w:num w:numId="7" w16cid:durableId="1506941877">
    <w:abstractNumId w:val="2"/>
  </w:num>
  <w:num w:numId="8" w16cid:durableId="9334948">
    <w:abstractNumId w:val="1"/>
  </w:num>
  <w:num w:numId="9" w16cid:durableId="72787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665E"/>
    <w:rsid w:val="004630BB"/>
    <w:rsid w:val="004E0BAC"/>
    <w:rsid w:val="0056161D"/>
    <w:rsid w:val="00772A31"/>
    <w:rsid w:val="008267F0"/>
    <w:rsid w:val="0084791D"/>
    <w:rsid w:val="009449E2"/>
    <w:rsid w:val="00AA1D8D"/>
    <w:rsid w:val="00B47730"/>
    <w:rsid w:val="00CB0664"/>
    <w:rsid w:val="00DC1DED"/>
    <w:rsid w:val="00F243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7CF16"/>
  <w14:defaultImageDpi w14:val="300"/>
  <w15:docId w15:val="{41EC690C-F31A-0741-A6BE-810E8983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Nouf Alammar</cp:lastModifiedBy>
  <cp:revision>6</cp:revision>
  <dcterms:created xsi:type="dcterms:W3CDTF">2026-07-06T02:02:00Z</dcterms:created>
  <dcterms:modified xsi:type="dcterms:W3CDTF">2026-07-12T22:02:00Z</dcterms:modified>
  <cp:category/>
</cp:coreProperties>
</file>